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47634" w14:textId="3FB11506" w:rsidR="00392A29" w:rsidRDefault="00392A29" w:rsidP="00392A29">
      <w:pPr>
        <w:spacing w:after="0"/>
        <w:jc w:val="center"/>
        <w:rPr>
          <w:rFonts w:ascii="Times New Roman" w:hAnsi="Times New Roman" w:cs="Times New Roman"/>
          <w:b/>
          <w:sz w:val="28"/>
        </w:rPr>
      </w:pPr>
      <w:r>
        <w:rPr>
          <w:rFonts w:ascii="Times New Roman" w:hAnsi="Times New Roman" w:cs="Times New Roman"/>
          <w:b/>
          <w:sz w:val="28"/>
        </w:rPr>
        <w:t>XÜLASƏ</w:t>
      </w:r>
      <w:r w:rsidRPr="00D95962">
        <w:rPr>
          <w:rFonts w:ascii="Times New Roman" w:hAnsi="Times New Roman" w:cs="Times New Roman"/>
          <w:b/>
          <w:sz w:val="28"/>
        </w:rPr>
        <w:t xml:space="preserve"> BAŞLIĞI (MAKSİMUM 10–12 SÖZ)</w:t>
      </w:r>
    </w:p>
    <w:p w14:paraId="3B479A55" w14:textId="77777777" w:rsidR="00392A29" w:rsidRPr="00825B65" w:rsidRDefault="00392A29" w:rsidP="00392A29">
      <w:pPr>
        <w:spacing w:after="240"/>
        <w:jc w:val="center"/>
        <w:rPr>
          <w:rFonts w:ascii="Times New Roman" w:hAnsi="Times New Roman" w:cs="Times New Roman"/>
          <w:b/>
          <w:color w:val="0070C0"/>
          <w:sz w:val="28"/>
        </w:rPr>
      </w:pPr>
      <w:r w:rsidRPr="00825B65">
        <w:rPr>
          <w:b/>
          <w:color w:val="0070C0"/>
          <w:sz w:val="28"/>
        </w:rPr>
        <w:t>ARTICLE TITLE (MAXIMUM 10–12 WORDS)</w:t>
      </w:r>
    </w:p>
    <w:tbl>
      <w:tblPr>
        <w:tblStyle w:val="TableGrid"/>
        <w:tblW w:w="0" w:type="auto"/>
        <w:tblLook w:val="04A0" w:firstRow="1" w:lastRow="0" w:firstColumn="1" w:lastColumn="0" w:noHBand="0" w:noVBand="1"/>
      </w:tblPr>
      <w:tblGrid>
        <w:gridCol w:w="3681"/>
        <w:gridCol w:w="3260"/>
        <w:gridCol w:w="3022"/>
      </w:tblGrid>
      <w:tr w:rsidR="00392A29" w14:paraId="253C26D4" w14:textId="77777777" w:rsidTr="00167D15">
        <w:tc>
          <w:tcPr>
            <w:tcW w:w="3681" w:type="dxa"/>
          </w:tcPr>
          <w:p w14:paraId="44F888DE" w14:textId="77777777" w:rsidR="00392A29" w:rsidRDefault="00392A29" w:rsidP="00167D15">
            <w:pPr>
              <w:jc w:val="center"/>
              <w:rPr>
                <w:rFonts w:ascii="Times New Roman" w:hAnsi="Times New Roman" w:cs="Times New Roman"/>
                <w:b/>
              </w:rPr>
            </w:pPr>
            <w:r w:rsidRPr="00D95962">
              <w:rPr>
                <w:rFonts w:ascii="Times New Roman" w:hAnsi="Times New Roman" w:cs="Times New Roman"/>
                <w:b/>
              </w:rPr>
              <w:t>Ad SOYAD¹</w:t>
            </w:r>
          </w:p>
          <w:p w14:paraId="0DA78C43" w14:textId="77777777" w:rsidR="00392A29" w:rsidRPr="00D95962" w:rsidRDefault="00392A29" w:rsidP="00167D15">
            <w:pPr>
              <w:jc w:val="center"/>
              <w:rPr>
                <w:rFonts w:ascii="Times New Roman" w:hAnsi="Times New Roman" w:cs="Times New Roman"/>
              </w:rPr>
            </w:pPr>
            <w:r w:rsidRPr="00825B65">
              <w:rPr>
                <w:color w:val="0070C0"/>
              </w:rPr>
              <w:t>First Name LAST NAME</w:t>
            </w:r>
            <w:r w:rsidRPr="00825B65">
              <w:rPr>
                <w:color w:val="0070C0"/>
                <w:vertAlign w:val="superscript"/>
              </w:rPr>
              <w:t>1</w:t>
            </w:r>
            <w:r w:rsidRPr="00D95962">
              <w:rPr>
                <w:rFonts w:ascii="Times New Roman" w:hAnsi="Times New Roman" w:cs="Times New Roman"/>
                <w:b/>
              </w:rPr>
              <w:br/>
            </w:r>
            <w:r w:rsidRPr="00D95962">
              <w:rPr>
                <w:rFonts w:ascii="Times New Roman" w:hAnsi="Times New Roman" w:cs="Times New Roman"/>
              </w:rPr>
              <w:br/>
            </w:r>
            <w:r w:rsidRPr="005D6562">
              <w:rPr>
                <w:rFonts w:ascii="Times New Roman" w:hAnsi="Times New Roman" w:cs="Times New Roman"/>
              </w:rPr>
              <w:t>https://orcid.org/</w:t>
            </w:r>
            <w:r w:rsidRPr="00D95962">
              <w:rPr>
                <w:rFonts w:ascii="Times New Roman" w:hAnsi="Times New Roman" w:cs="Times New Roman"/>
              </w:rPr>
              <w:t>0000-0000-0000-0000</w:t>
            </w:r>
            <w:r w:rsidRPr="00D95962">
              <w:rPr>
                <w:rFonts w:ascii="Times New Roman" w:hAnsi="Times New Roman" w:cs="Times New Roman"/>
              </w:rPr>
              <w:br/>
            </w:r>
            <w:r w:rsidRPr="005D6562">
              <w:rPr>
                <w:rFonts w:ascii="Times New Roman" w:hAnsi="Times New Roman" w:cs="Times New Roman"/>
                <w:i/>
              </w:rPr>
              <w:t>author1@university.edu</w:t>
            </w:r>
          </w:p>
          <w:p w14:paraId="6FBC911F" w14:textId="77777777" w:rsidR="00392A29" w:rsidRDefault="00392A29" w:rsidP="00167D15">
            <w:pPr>
              <w:jc w:val="center"/>
              <w:rPr>
                <w:rFonts w:ascii="Times New Roman" w:hAnsi="Times New Roman" w:cs="Times New Roman"/>
                <w:b/>
              </w:rPr>
            </w:pPr>
          </w:p>
        </w:tc>
        <w:tc>
          <w:tcPr>
            <w:tcW w:w="3260" w:type="dxa"/>
          </w:tcPr>
          <w:p w14:paraId="3018479A" w14:textId="77777777" w:rsidR="00392A29" w:rsidRPr="00D95962" w:rsidRDefault="00392A29" w:rsidP="00167D15">
            <w:pPr>
              <w:jc w:val="center"/>
              <w:rPr>
                <w:rFonts w:ascii="Times New Roman" w:hAnsi="Times New Roman" w:cs="Times New Roman"/>
              </w:rPr>
            </w:pPr>
            <w:r w:rsidRPr="00D95962">
              <w:rPr>
                <w:rFonts w:ascii="Times New Roman" w:hAnsi="Times New Roman" w:cs="Times New Roman"/>
                <w:b/>
              </w:rPr>
              <w:t>Ad SOYAD¹</w:t>
            </w:r>
            <w:r w:rsidRPr="00D95962">
              <w:rPr>
                <w:rFonts w:ascii="Times New Roman" w:hAnsi="Times New Roman" w:cs="Times New Roman"/>
                <w:b/>
              </w:rPr>
              <w:br/>
            </w:r>
            <w:r w:rsidRPr="00825B65">
              <w:rPr>
                <w:color w:val="0070C0"/>
              </w:rPr>
              <w:t>First Name LAST NAME</w:t>
            </w:r>
            <w:r w:rsidRPr="00825B65">
              <w:rPr>
                <w:color w:val="0070C0"/>
                <w:vertAlign w:val="superscript"/>
              </w:rPr>
              <w:t>1</w:t>
            </w:r>
            <w:r w:rsidRPr="00D95962">
              <w:rPr>
                <w:rFonts w:ascii="Times New Roman" w:hAnsi="Times New Roman" w:cs="Times New Roman"/>
              </w:rPr>
              <w:br/>
            </w:r>
            <w:r w:rsidRPr="005D6562">
              <w:rPr>
                <w:rFonts w:ascii="Times New Roman" w:hAnsi="Times New Roman" w:cs="Times New Roman"/>
              </w:rPr>
              <w:t>https://orcid.org/</w:t>
            </w:r>
            <w:r w:rsidRPr="00D95962">
              <w:rPr>
                <w:rFonts w:ascii="Times New Roman" w:hAnsi="Times New Roman" w:cs="Times New Roman"/>
              </w:rPr>
              <w:t>0000-0000-0000-0000</w:t>
            </w:r>
            <w:r w:rsidRPr="00D95962">
              <w:rPr>
                <w:rFonts w:ascii="Times New Roman" w:hAnsi="Times New Roman" w:cs="Times New Roman"/>
              </w:rPr>
              <w:br/>
            </w:r>
            <w:r w:rsidRPr="005D6562">
              <w:rPr>
                <w:rFonts w:ascii="Times New Roman" w:hAnsi="Times New Roman" w:cs="Times New Roman"/>
                <w:i/>
              </w:rPr>
              <w:t>author2@university.edu</w:t>
            </w:r>
          </w:p>
          <w:p w14:paraId="2E7FA3CE" w14:textId="77777777" w:rsidR="00392A29" w:rsidRDefault="00392A29" w:rsidP="00167D15">
            <w:pPr>
              <w:jc w:val="center"/>
              <w:rPr>
                <w:rFonts w:ascii="Times New Roman" w:hAnsi="Times New Roman" w:cs="Times New Roman"/>
                <w:b/>
              </w:rPr>
            </w:pPr>
          </w:p>
        </w:tc>
        <w:tc>
          <w:tcPr>
            <w:tcW w:w="3022" w:type="dxa"/>
          </w:tcPr>
          <w:p w14:paraId="71BBECE6" w14:textId="77777777" w:rsidR="00392A29" w:rsidRPr="00D95962" w:rsidRDefault="00392A29" w:rsidP="00167D15">
            <w:pPr>
              <w:jc w:val="center"/>
              <w:rPr>
                <w:rFonts w:ascii="Times New Roman" w:hAnsi="Times New Roman" w:cs="Times New Roman"/>
              </w:rPr>
            </w:pPr>
            <w:r>
              <w:rPr>
                <w:rFonts w:ascii="Times New Roman" w:hAnsi="Times New Roman" w:cs="Times New Roman"/>
                <w:b/>
              </w:rPr>
              <w:t>Ad SOYAD</w:t>
            </w:r>
            <w:r w:rsidRPr="005D6562">
              <w:rPr>
                <w:rFonts w:ascii="Times New Roman" w:hAnsi="Times New Roman" w:cs="Times New Roman"/>
                <w:b/>
                <w:vertAlign w:val="superscript"/>
              </w:rPr>
              <w:t>2</w:t>
            </w:r>
            <w:r w:rsidRPr="00D95962">
              <w:rPr>
                <w:rFonts w:ascii="Times New Roman" w:hAnsi="Times New Roman" w:cs="Times New Roman"/>
                <w:b/>
              </w:rPr>
              <w:br/>
            </w:r>
            <w:r w:rsidRPr="00825B65">
              <w:rPr>
                <w:color w:val="0070C0"/>
              </w:rPr>
              <w:t>First Name LAST NAME</w:t>
            </w:r>
            <w:r>
              <w:rPr>
                <w:color w:val="0070C0"/>
                <w:vertAlign w:val="superscript"/>
              </w:rPr>
              <w:t>2</w:t>
            </w:r>
            <w:r w:rsidRPr="00D95962">
              <w:rPr>
                <w:rFonts w:ascii="Times New Roman" w:hAnsi="Times New Roman" w:cs="Times New Roman"/>
              </w:rPr>
              <w:br/>
            </w:r>
            <w:r w:rsidRPr="005D6562">
              <w:rPr>
                <w:rFonts w:ascii="Times New Roman" w:hAnsi="Times New Roman" w:cs="Times New Roman"/>
              </w:rPr>
              <w:t>https://orcid.org/</w:t>
            </w:r>
            <w:r w:rsidRPr="00D95962">
              <w:rPr>
                <w:rFonts w:ascii="Times New Roman" w:hAnsi="Times New Roman" w:cs="Times New Roman"/>
              </w:rPr>
              <w:t>0000-0000-0000-0000</w:t>
            </w:r>
            <w:r w:rsidRPr="00D95962">
              <w:rPr>
                <w:rFonts w:ascii="Times New Roman" w:hAnsi="Times New Roman" w:cs="Times New Roman"/>
              </w:rPr>
              <w:br/>
            </w:r>
            <w:r w:rsidRPr="005D6562">
              <w:rPr>
                <w:rFonts w:ascii="Times New Roman" w:hAnsi="Times New Roman" w:cs="Times New Roman"/>
                <w:i/>
              </w:rPr>
              <w:t>author3@university.edu</w:t>
            </w:r>
          </w:p>
          <w:p w14:paraId="517C364E" w14:textId="77777777" w:rsidR="00392A29" w:rsidRDefault="00392A29" w:rsidP="00167D15">
            <w:pPr>
              <w:jc w:val="center"/>
              <w:rPr>
                <w:rFonts w:ascii="Times New Roman" w:hAnsi="Times New Roman" w:cs="Times New Roman"/>
                <w:b/>
              </w:rPr>
            </w:pPr>
          </w:p>
        </w:tc>
      </w:tr>
    </w:tbl>
    <w:p w14:paraId="0FAA5A5A" w14:textId="77777777" w:rsidR="00392A29" w:rsidRDefault="00392A29" w:rsidP="00392A29">
      <w:pPr>
        <w:spacing w:before="240" w:after="0"/>
        <w:rPr>
          <w:rFonts w:ascii="Times New Roman" w:hAnsi="Times New Roman" w:cs="Times New Roman"/>
          <w:b/>
        </w:rPr>
      </w:pPr>
      <w:r w:rsidRPr="00D95962">
        <w:rPr>
          <w:rFonts w:ascii="Times New Roman" w:hAnsi="Times New Roman" w:cs="Times New Roman"/>
        </w:rPr>
        <w:t>¹Universitet/</w:t>
      </w:r>
      <w:proofErr w:type="spellStart"/>
      <w:r>
        <w:rPr>
          <w:rFonts w:ascii="Times New Roman" w:hAnsi="Times New Roman" w:cs="Times New Roman"/>
        </w:rPr>
        <w:t>Q</w:t>
      </w:r>
      <w:r w:rsidRPr="00D95962">
        <w:rPr>
          <w:rFonts w:ascii="Times New Roman" w:hAnsi="Times New Roman" w:cs="Times New Roman"/>
        </w:rPr>
        <w:t>urum</w:t>
      </w:r>
      <w:proofErr w:type="spellEnd"/>
      <w:r>
        <w:rPr>
          <w:rFonts w:ascii="Times New Roman" w:hAnsi="Times New Roman" w:cs="Times New Roman"/>
        </w:rPr>
        <w:t xml:space="preserve">, </w:t>
      </w:r>
      <w:proofErr w:type="spellStart"/>
      <w:r>
        <w:rPr>
          <w:rFonts w:ascii="Times New Roman" w:hAnsi="Times New Roman" w:cs="Times New Roman"/>
        </w:rPr>
        <w:t>Şəhər</w:t>
      </w:r>
      <w:proofErr w:type="spellEnd"/>
      <w:r>
        <w:rPr>
          <w:rFonts w:ascii="Times New Roman" w:hAnsi="Times New Roman" w:cs="Times New Roman"/>
        </w:rPr>
        <w:t xml:space="preserve">, </w:t>
      </w:r>
      <w:proofErr w:type="spellStart"/>
      <w:r>
        <w:rPr>
          <w:rFonts w:ascii="Times New Roman" w:hAnsi="Times New Roman" w:cs="Times New Roman"/>
        </w:rPr>
        <w:t>Ölkə</w:t>
      </w:r>
      <w:proofErr w:type="spellEnd"/>
      <w:r>
        <w:rPr>
          <w:rFonts w:ascii="Times New Roman" w:hAnsi="Times New Roman" w:cs="Times New Roman"/>
        </w:rPr>
        <w:t xml:space="preserve"> </w:t>
      </w:r>
    </w:p>
    <w:p w14:paraId="1558DF2D" w14:textId="77777777" w:rsidR="00392A29" w:rsidRDefault="00392A29" w:rsidP="00392A29">
      <w:pPr>
        <w:spacing w:after="240"/>
        <w:rPr>
          <w:rFonts w:ascii="Times New Roman" w:hAnsi="Times New Roman" w:cs="Times New Roman"/>
        </w:rPr>
      </w:pPr>
      <w:r w:rsidRPr="005D6562">
        <w:rPr>
          <w:rFonts w:ascii="Times New Roman" w:hAnsi="Times New Roman" w:cs="Times New Roman"/>
          <w:vertAlign w:val="superscript"/>
        </w:rPr>
        <w:t>2</w:t>
      </w:r>
      <w:r w:rsidRPr="00825B65">
        <w:rPr>
          <w:rFonts w:ascii="Times New Roman" w:hAnsi="Times New Roman" w:cs="Times New Roman"/>
        </w:rPr>
        <w:t>University/Institution, City, Country</w:t>
      </w:r>
    </w:p>
    <w:p w14:paraId="0D7688D5" w14:textId="77777777" w:rsidR="00392A29" w:rsidRDefault="00392A29" w:rsidP="00392A29">
      <w:pPr>
        <w:spacing w:after="240"/>
        <w:rPr>
          <w:rFonts w:ascii="Times New Roman" w:hAnsi="Times New Roman" w:cs="Times New Roman"/>
          <w:i/>
        </w:rPr>
      </w:pPr>
      <w:proofErr w:type="spellStart"/>
      <w:r>
        <w:rPr>
          <w:rFonts w:ascii="Times New Roman" w:hAnsi="Times New Roman" w:cs="Times New Roman"/>
          <w:b/>
        </w:rPr>
        <w:t>Əlaqə</w:t>
      </w:r>
      <w:proofErr w:type="spellEnd"/>
      <w:r>
        <w:rPr>
          <w:rFonts w:ascii="Times New Roman" w:hAnsi="Times New Roman" w:cs="Times New Roman"/>
          <w:b/>
        </w:rPr>
        <w:t xml:space="preserve"> </w:t>
      </w:r>
      <w:proofErr w:type="spellStart"/>
      <w:r>
        <w:rPr>
          <w:rFonts w:ascii="Times New Roman" w:hAnsi="Times New Roman" w:cs="Times New Roman"/>
          <w:b/>
        </w:rPr>
        <w:t>saxlanılan</w:t>
      </w:r>
      <w:proofErr w:type="spellEnd"/>
      <w:r>
        <w:rPr>
          <w:rFonts w:ascii="Times New Roman" w:hAnsi="Times New Roman" w:cs="Times New Roman"/>
          <w:b/>
        </w:rPr>
        <w:t xml:space="preserve"> </w:t>
      </w:r>
      <w:proofErr w:type="spellStart"/>
      <w:r>
        <w:rPr>
          <w:rFonts w:ascii="Times New Roman" w:hAnsi="Times New Roman" w:cs="Times New Roman"/>
          <w:b/>
        </w:rPr>
        <w:t>müəllif</w:t>
      </w:r>
      <w:proofErr w:type="spellEnd"/>
      <w:r>
        <w:rPr>
          <w:rFonts w:ascii="Times New Roman" w:hAnsi="Times New Roman" w:cs="Times New Roman"/>
          <w:b/>
        </w:rPr>
        <w:t xml:space="preserve">: </w:t>
      </w:r>
      <w:hyperlink r:id="rId6" w:history="1">
        <w:r w:rsidRPr="00647619">
          <w:rPr>
            <w:rStyle w:val="Hyperlink"/>
            <w:rFonts w:ascii="Times New Roman" w:hAnsi="Times New Roman" w:cs="Times New Roman"/>
            <w:i/>
          </w:rPr>
          <w:t>author2@university.edu</w:t>
        </w:r>
      </w:hyperlink>
    </w:p>
    <w:p w14:paraId="176C11CC" w14:textId="77777777" w:rsidR="00392A29" w:rsidRDefault="00392A29" w:rsidP="00392A29">
      <w:pPr>
        <w:rPr>
          <w:rFonts w:ascii="Times New Roman" w:hAnsi="Times New Roman" w:cs="Times New Roman"/>
          <w:b/>
        </w:rPr>
      </w:pPr>
    </w:p>
    <w:tbl>
      <w:tblPr>
        <w:tblStyle w:val="TableGrid"/>
        <w:tblW w:w="0" w:type="auto"/>
        <w:tblLook w:val="04A0" w:firstRow="1" w:lastRow="0" w:firstColumn="1" w:lastColumn="0" w:noHBand="0" w:noVBand="1"/>
      </w:tblPr>
      <w:tblGrid>
        <w:gridCol w:w="4815"/>
        <w:gridCol w:w="5148"/>
      </w:tblGrid>
      <w:tr w:rsidR="00392A29" w14:paraId="59A15B08" w14:textId="77777777" w:rsidTr="00167D15">
        <w:trPr>
          <w:trHeight w:val="1975"/>
        </w:trPr>
        <w:tc>
          <w:tcPr>
            <w:tcW w:w="4815" w:type="dxa"/>
          </w:tcPr>
          <w:p w14:paraId="27F37E5A" w14:textId="77777777" w:rsidR="00392A29" w:rsidRPr="00825B65" w:rsidRDefault="00392A29" w:rsidP="00167D15">
            <w:pPr>
              <w:pStyle w:val="Heading1"/>
              <w:spacing w:before="120" w:after="120"/>
              <w:outlineLvl w:val="0"/>
              <w:rPr>
                <w:rFonts w:ascii="Times New Roman" w:hAnsi="Times New Roman" w:cs="Times New Roman"/>
                <w:color w:val="auto"/>
                <w:sz w:val="22"/>
                <w:szCs w:val="22"/>
              </w:rPr>
            </w:pPr>
            <w:r w:rsidRPr="00825B65">
              <w:rPr>
                <w:rFonts w:ascii="Times New Roman" w:hAnsi="Times New Roman" w:cs="Times New Roman"/>
                <w:color w:val="auto"/>
                <w:sz w:val="22"/>
                <w:szCs w:val="22"/>
              </w:rPr>
              <w:t>XÜLASƏ</w:t>
            </w:r>
          </w:p>
          <w:p w14:paraId="4EE2D85D" w14:textId="6869AD0F" w:rsidR="00392A29" w:rsidRPr="00047AD2" w:rsidRDefault="00392A29" w:rsidP="00167D15">
            <w:pPr>
              <w:pStyle w:val="Heading1"/>
              <w:spacing w:before="120" w:after="120"/>
              <w:outlineLvl w:val="0"/>
              <w:rPr>
                <w:rFonts w:ascii="Times New Roman" w:hAnsi="Times New Roman" w:cs="Times New Roman"/>
                <w:b w:val="0"/>
                <w:i/>
                <w:color w:val="auto"/>
                <w:sz w:val="22"/>
                <w:szCs w:val="22"/>
              </w:rPr>
            </w:pPr>
            <w:proofErr w:type="spellStart"/>
            <w:r w:rsidRPr="00825B65">
              <w:rPr>
                <w:rFonts w:ascii="Times New Roman" w:hAnsi="Times New Roman" w:cs="Times New Roman"/>
                <w:b w:val="0"/>
                <w:i/>
                <w:color w:val="auto"/>
                <w:sz w:val="22"/>
                <w:szCs w:val="22"/>
              </w:rPr>
              <w:t>Məqalənin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xülasəsi</w:t>
            </w:r>
            <w:proofErr w:type="spellEnd"/>
            <w:r w:rsidRPr="00825B65">
              <w:rPr>
                <w:rFonts w:ascii="Times New Roman" w:hAnsi="Times New Roman" w:cs="Times New Roman"/>
                <w:b w:val="0"/>
                <w:i/>
                <w:color w:val="auto"/>
                <w:sz w:val="22"/>
                <w:szCs w:val="22"/>
              </w:rPr>
              <w:t xml:space="preserve"> Times New Roman </w:t>
            </w:r>
            <w:proofErr w:type="spellStart"/>
            <w:r w:rsidRPr="00825B65">
              <w:rPr>
                <w:rFonts w:ascii="Times New Roman" w:hAnsi="Times New Roman" w:cs="Times New Roman"/>
                <w:b w:val="0"/>
                <w:i/>
                <w:color w:val="auto"/>
                <w:sz w:val="22"/>
                <w:szCs w:val="22"/>
              </w:rPr>
              <w:t>şriftində</w:t>
            </w:r>
            <w:proofErr w:type="spellEnd"/>
            <w:r w:rsidRPr="00825B65">
              <w:rPr>
                <w:rFonts w:ascii="Times New Roman" w:hAnsi="Times New Roman" w:cs="Times New Roman"/>
                <w:b w:val="0"/>
                <w:i/>
                <w:color w:val="auto"/>
                <w:sz w:val="22"/>
                <w:szCs w:val="22"/>
              </w:rPr>
              <w:t xml:space="preserve">, </w:t>
            </w:r>
            <w:r w:rsidR="00047AD2">
              <w:rPr>
                <w:rFonts w:ascii="Times New Roman" w:hAnsi="Times New Roman" w:cs="Times New Roman"/>
                <w:b w:val="0"/>
                <w:i/>
                <w:color w:val="auto"/>
                <w:sz w:val="22"/>
                <w:szCs w:val="22"/>
              </w:rPr>
              <w:t>10</w:t>
            </w:r>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pt</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ölçüdə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və</w:t>
            </w:r>
            <w:proofErr w:type="spellEnd"/>
            <w:r w:rsidRPr="00825B65">
              <w:rPr>
                <w:rFonts w:ascii="Times New Roman" w:hAnsi="Times New Roman" w:cs="Times New Roman"/>
                <w:b w:val="0"/>
                <w:i/>
                <w:color w:val="auto"/>
                <w:sz w:val="22"/>
                <w:szCs w:val="22"/>
              </w:rPr>
              <w:t xml:space="preserve"> 1.</w:t>
            </w:r>
            <w:r w:rsidR="00047AD2">
              <w:rPr>
                <w:rFonts w:ascii="Times New Roman" w:hAnsi="Times New Roman" w:cs="Times New Roman"/>
                <w:b w:val="0"/>
                <w:i/>
                <w:color w:val="auto"/>
                <w:sz w:val="22"/>
                <w:szCs w:val="22"/>
              </w:rPr>
              <w:t>15</w:t>
            </w:r>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sətiraralığı</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ilə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yazılmalı</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məqalənin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yazıldığı</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dildə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təqdim</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edilməlidir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Xülasənin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həcmi</w:t>
            </w:r>
            <w:proofErr w:type="spellEnd"/>
            <w:r w:rsidRPr="00825B65">
              <w:rPr>
                <w:rFonts w:ascii="Times New Roman" w:hAnsi="Times New Roman" w:cs="Times New Roman"/>
                <w:b w:val="0"/>
                <w:i/>
                <w:color w:val="auto"/>
                <w:sz w:val="22"/>
                <w:szCs w:val="22"/>
              </w:rPr>
              <w:t xml:space="preserve"> </w:t>
            </w:r>
            <w:r>
              <w:rPr>
                <w:rFonts w:ascii="Times New Roman" w:hAnsi="Times New Roman" w:cs="Times New Roman"/>
                <w:b w:val="0"/>
                <w:i/>
                <w:color w:val="auto"/>
                <w:sz w:val="22"/>
                <w:szCs w:val="22"/>
              </w:rPr>
              <w:t>250</w:t>
            </w:r>
            <w:r w:rsidRPr="00825B65">
              <w:rPr>
                <w:rFonts w:ascii="Times New Roman" w:hAnsi="Times New Roman" w:cs="Times New Roman"/>
                <w:b w:val="0"/>
                <w:i/>
                <w:color w:val="auto"/>
                <w:sz w:val="22"/>
                <w:szCs w:val="22"/>
              </w:rPr>
              <w:t>–</w:t>
            </w:r>
            <w:r>
              <w:rPr>
                <w:rFonts w:ascii="Times New Roman" w:hAnsi="Times New Roman" w:cs="Times New Roman"/>
                <w:b w:val="0"/>
                <w:i/>
                <w:color w:val="auto"/>
                <w:sz w:val="22"/>
                <w:szCs w:val="22"/>
              </w:rPr>
              <w:t>500</w:t>
            </w:r>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arasında</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olmalıdır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Burada</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tədqiqatın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məqsədi</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istifadə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olunan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metodologiya</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əsas</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nəticələr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və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elmi</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yeniliklər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qısa</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və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sistemli</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şəkildə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əks</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etdirilməlidir</w:t>
            </w:r>
            <w:proofErr w:type="spellEnd"/>
            <w:r w:rsidRPr="00825B65">
              <w:rPr>
                <w:rFonts w:ascii="Times New Roman" w:hAnsi="Times New Roman" w:cs="Times New Roman"/>
                <w:b w:val="0"/>
                <w:i/>
                <w:color w:val="auto"/>
                <w:sz w:val="22"/>
                <w:szCs w:val="22"/>
              </w:rPr>
              <w:t>.</w:t>
            </w:r>
            <w:bookmarkStart w:id="0" w:name="_GoBack"/>
            <w:bookmarkEnd w:id="0"/>
          </w:p>
        </w:tc>
        <w:tc>
          <w:tcPr>
            <w:tcW w:w="5148" w:type="dxa"/>
          </w:tcPr>
          <w:p w14:paraId="6F934A2A" w14:textId="77777777" w:rsidR="00392A29" w:rsidRPr="00825B65" w:rsidRDefault="00392A29" w:rsidP="00167D15">
            <w:pPr>
              <w:pStyle w:val="Heading2"/>
              <w:spacing w:before="120" w:after="120"/>
              <w:outlineLvl w:val="1"/>
              <w:rPr>
                <w:rFonts w:ascii="Times New Roman" w:hAnsi="Times New Roman" w:cs="Times New Roman"/>
                <w:color w:val="0070C0"/>
                <w:sz w:val="22"/>
                <w:szCs w:val="22"/>
              </w:rPr>
            </w:pPr>
            <w:r w:rsidRPr="00825B65">
              <w:rPr>
                <w:rFonts w:ascii="Times New Roman" w:hAnsi="Times New Roman" w:cs="Times New Roman"/>
                <w:color w:val="0070C0"/>
                <w:sz w:val="22"/>
                <w:szCs w:val="22"/>
              </w:rPr>
              <w:t>ABSTRACT</w:t>
            </w:r>
          </w:p>
          <w:p w14:paraId="00911A0F" w14:textId="704571FD" w:rsidR="00392A29" w:rsidRPr="00825B65" w:rsidRDefault="00047AD2" w:rsidP="00047AD2">
            <w:pPr>
              <w:pStyle w:val="NormalWeb"/>
              <w:spacing w:before="0" w:beforeAutospacing="0" w:after="0" w:afterAutospacing="0"/>
              <w:rPr>
                <w:i/>
                <w:color w:val="0070C0"/>
                <w:sz w:val="22"/>
                <w:szCs w:val="22"/>
              </w:rPr>
            </w:pPr>
            <w:r w:rsidRPr="00047AD2">
              <w:rPr>
                <w:i/>
                <w:color w:val="0070C0"/>
                <w:sz w:val="22"/>
                <w:szCs w:val="22"/>
              </w:rPr>
              <w:t>The abstract of the article must be written in Times New Roman font, 10 pt size, and 1.15 line spacing, and must be presented in the language in which the article is written. The length of the abstract should be between 250 and 500 words. It should briefly and systematically reflect the purpose of the research, the methodology used, the main results, and the scientific innovations.</w:t>
            </w:r>
          </w:p>
        </w:tc>
      </w:tr>
      <w:tr w:rsidR="00392A29" w14:paraId="05F94BD4" w14:textId="77777777" w:rsidTr="00167D15">
        <w:trPr>
          <w:trHeight w:val="951"/>
        </w:trPr>
        <w:tc>
          <w:tcPr>
            <w:tcW w:w="4815" w:type="dxa"/>
          </w:tcPr>
          <w:p w14:paraId="1E2E3AD8" w14:textId="77777777" w:rsidR="00392A29" w:rsidRPr="00825B65" w:rsidRDefault="00392A29" w:rsidP="00167D15">
            <w:pPr>
              <w:pStyle w:val="Heading1"/>
              <w:spacing w:before="0"/>
              <w:outlineLvl w:val="0"/>
              <w:rPr>
                <w:rFonts w:ascii="Times New Roman" w:hAnsi="Times New Roman" w:cs="Times New Roman"/>
                <w:color w:val="auto"/>
                <w:sz w:val="22"/>
                <w:szCs w:val="22"/>
              </w:rPr>
            </w:pPr>
            <w:proofErr w:type="spellStart"/>
            <w:r w:rsidRPr="00825B65">
              <w:rPr>
                <w:rFonts w:ascii="Times New Roman" w:hAnsi="Times New Roman" w:cs="Times New Roman"/>
                <w:color w:val="auto"/>
                <w:sz w:val="22"/>
                <w:szCs w:val="22"/>
              </w:rPr>
              <w:t>Açar</w:t>
            </w:r>
            <w:proofErr w:type="spellEnd"/>
            <w:r w:rsidRPr="00825B65">
              <w:rPr>
                <w:rFonts w:ascii="Times New Roman" w:hAnsi="Times New Roman" w:cs="Times New Roman"/>
                <w:color w:val="auto"/>
                <w:sz w:val="22"/>
                <w:szCs w:val="22"/>
              </w:rPr>
              <w:t xml:space="preserve"> </w:t>
            </w:r>
            <w:proofErr w:type="spellStart"/>
            <w:r w:rsidRPr="00825B65">
              <w:rPr>
                <w:rFonts w:ascii="Times New Roman" w:hAnsi="Times New Roman" w:cs="Times New Roman"/>
                <w:color w:val="auto"/>
                <w:sz w:val="22"/>
                <w:szCs w:val="22"/>
              </w:rPr>
              <w:t>sözlər</w:t>
            </w:r>
            <w:proofErr w:type="spellEnd"/>
            <w:r w:rsidRPr="00825B65">
              <w:rPr>
                <w:rFonts w:ascii="Times New Roman" w:hAnsi="Times New Roman" w:cs="Times New Roman"/>
                <w:color w:val="auto"/>
                <w:sz w:val="22"/>
                <w:szCs w:val="22"/>
              </w:rPr>
              <w:t xml:space="preserve">: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1;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2;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3;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4;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5</w:t>
            </w:r>
          </w:p>
        </w:tc>
        <w:tc>
          <w:tcPr>
            <w:tcW w:w="5148" w:type="dxa"/>
          </w:tcPr>
          <w:p w14:paraId="6E9435DA" w14:textId="77777777" w:rsidR="00392A29" w:rsidRPr="00825B65" w:rsidRDefault="00392A29" w:rsidP="00167D15">
            <w:pPr>
              <w:pStyle w:val="Heading2"/>
              <w:spacing w:before="120" w:after="120"/>
              <w:outlineLvl w:val="1"/>
              <w:rPr>
                <w:rFonts w:ascii="Times New Roman" w:hAnsi="Times New Roman" w:cs="Times New Roman"/>
                <w:color w:val="0070C0"/>
                <w:sz w:val="22"/>
                <w:szCs w:val="22"/>
              </w:rPr>
            </w:pPr>
            <w:r w:rsidRPr="00825B65">
              <w:rPr>
                <w:rFonts w:ascii="Times New Roman" w:hAnsi="Times New Roman" w:cs="Times New Roman"/>
                <w:color w:val="0070C0"/>
                <w:sz w:val="22"/>
                <w:szCs w:val="22"/>
              </w:rPr>
              <w:t xml:space="preserve">Keywords: </w:t>
            </w:r>
            <w:r w:rsidRPr="00825B65">
              <w:rPr>
                <w:rFonts w:ascii="Times New Roman" w:hAnsi="Times New Roman" w:cs="Times New Roman"/>
                <w:b w:val="0"/>
                <w:i/>
                <w:color w:val="0070C0"/>
                <w:sz w:val="22"/>
                <w:szCs w:val="22"/>
              </w:rPr>
              <w:t>keyword 1; keyword 2; keyword 3; keyword 4; keyword 5</w:t>
            </w:r>
          </w:p>
          <w:p w14:paraId="46E2CDAD" w14:textId="77777777" w:rsidR="00392A29" w:rsidRPr="00825B65" w:rsidRDefault="00392A29" w:rsidP="00167D15">
            <w:pPr>
              <w:pStyle w:val="Heading1"/>
              <w:spacing w:before="0"/>
              <w:outlineLvl w:val="0"/>
              <w:rPr>
                <w:rFonts w:ascii="Times New Roman" w:hAnsi="Times New Roman" w:cs="Times New Roman"/>
                <w:color w:val="0070C0"/>
                <w:sz w:val="22"/>
                <w:szCs w:val="22"/>
              </w:rPr>
            </w:pPr>
          </w:p>
        </w:tc>
      </w:tr>
    </w:tbl>
    <w:p w14:paraId="47DEBFA9" w14:textId="77777777" w:rsidR="00392A29" w:rsidRDefault="00392A29" w:rsidP="00392A29">
      <w:pPr>
        <w:pStyle w:val="Heading2"/>
        <w:rPr>
          <w:rFonts w:ascii="Times New Roman" w:hAnsi="Times New Roman" w:cs="Times New Roman"/>
          <w:color w:val="auto"/>
          <w:sz w:val="22"/>
          <w:szCs w:val="22"/>
        </w:rPr>
      </w:pPr>
      <w:proofErr w:type="spellStart"/>
      <w:r>
        <w:rPr>
          <w:rFonts w:ascii="Times New Roman" w:hAnsi="Times New Roman" w:cs="Times New Roman"/>
          <w:color w:val="auto"/>
          <w:sz w:val="22"/>
          <w:szCs w:val="22"/>
        </w:rPr>
        <w:t>Qeyd</w:t>
      </w:r>
      <w:proofErr w:type="spellEnd"/>
      <w:r>
        <w:rPr>
          <w:rFonts w:ascii="Times New Roman" w:hAnsi="Times New Roman" w:cs="Times New Roman"/>
          <w:color w:val="auto"/>
          <w:sz w:val="22"/>
          <w:szCs w:val="22"/>
        </w:rPr>
        <w:t xml:space="preserve">: </w:t>
      </w:r>
      <w:proofErr w:type="spellStart"/>
      <w:r w:rsidRPr="001C71BC">
        <w:rPr>
          <w:rFonts w:ascii="Times New Roman" w:hAnsi="Times New Roman" w:cs="Times New Roman"/>
          <w:b w:val="0"/>
          <w:i/>
          <w:color w:val="auto"/>
          <w:sz w:val="22"/>
          <w:szCs w:val="22"/>
        </w:rPr>
        <w:t>Yuxarıdakı</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məlumatlar</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məqalə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azərbaycan</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dilində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olduqda</w:t>
      </w:r>
      <w:proofErr w:type="spellEnd"/>
      <w:r w:rsidRPr="001C71BC">
        <w:rPr>
          <w:rFonts w:ascii="Times New Roman" w:hAnsi="Times New Roman" w:cs="Times New Roman"/>
          <w:b w:val="0"/>
          <w:i/>
          <w:color w:val="auto"/>
          <w:sz w:val="22"/>
          <w:szCs w:val="22"/>
        </w:rPr>
        <w:t xml:space="preserve"> parallel </w:t>
      </w:r>
      <w:proofErr w:type="spellStart"/>
      <w:r w:rsidRPr="001C71BC">
        <w:rPr>
          <w:rFonts w:ascii="Times New Roman" w:hAnsi="Times New Roman" w:cs="Times New Roman"/>
          <w:b w:val="0"/>
          <w:i/>
          <w:color w:val="auto"/>
          <w:sz w:val="22"/>
          <w:szCs w:val="22"/>
        </w:rPr>
        <w:t>olaraq</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ingilis</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dilində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məqalə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ingilis</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və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ya</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rus</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dillərində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olduqda</w:t>
      </w:r>
      <w:proofErr w:type="spellEnd"/>
      <w:r w:rsidRPr="001C71BC">
        <w:rPr>
          <w:rFonts w:ascii="Times New Roman" w:hAnsi="Times New Roman" w:cs="Times New Roman"/>
          <w:b w:val="0"/>
          <w:i/>
          <w:color w:val="auto"/>
          <w:sz w:val="22"/>
          <w:szCs w:val="22"/>
        </w:rPr>
        <w:t xml:space="preserve"> parallel </w:t>
      </w:r>
      <w:proofErr w:type="spellStart"/>
      <w:r w:rsidRPr="001C71BC">
        <w:rPr>
          <w:rFonts w:ascii="Times New Roman" w:hAnsi="Times New Roman" w:cs="Times New Roman"/>
          <w:b w:val="0"/>
          <w:i/>
          <w:color w:val="auto"/>
          <w:sz w:val="22"/>
          <w:szCs w:val="22"/>
        </w:rPr>
        <w:t>olaraq</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azərbaycan</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dilində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göstərilməlidir</w:t>
      </w:r>
      <w:proofErr w:type="spellEnd"/>
      <w:r w:rsidRPr="001C71BC">
        <w:rPr>
          <w:rFonts w:ascii="Times New Roman" w:hAnsi="Times New Roman" w:cs="Times New Roman"/>
          <w:b w:val="0"/>
          <w:i/>
          <w:color w:val="auto"/>
          <w:sz w:val="22"/>
          <w:szCs w:val="22"/>
        </w:rPr>
        <w:t>.</w:t>
      </w:r>
    </w:p>
    <w:p w14:paraId="476B8059" w14:textId="77777777" w:rsidR="00392A29" w:rsidRPr="00825B65" w:rsidRDefault="00392A29" w:rsidP="00392A29">
      <w:pPr>
        <w:pStyle w:val="Heading2"/>
        <w:rPr>
          <w:rFonts w:ascii="Times New Roman" w:hAnsi="Times New Roman" w:cs="Times New Roman"/>
          <w:b w:val="0"/>
        </w:rPr>
      </w:pPr>
      <w:proofErr w:type="spellStart"/>
      <w:r w:rsidRPr="00825B65">
        <w:rPr>
          <w:rFonts w:ascii="Times New Roman" w:hAnsi="Times New Roman" w:cs="Times New Roman"/>
          <w:b w:val="0"/>
          <w:color w:val="auto"/>
          <w:sz w:val="22"/>
          <w:szCs w:val="22"/>
        </w:rPr>
        <w:t>Məqalənin</w:t>
      </w:r>
      <w:proofErr w:type="spellEnd"/>
      <w:r w:rsidRPr="00825B65">
        <w:rPr>
          <w:rFonts w:ascii="Times New Roman" w:hAnsi="Times New Roman" w:cs="Times New Roman"/>
          <w:b w:val="0"/>
          <w:color w:val="auto"/>
          <w:sz w:val="22"/>
          <w:szCs w:val="22"/>
        </w:rPr>
        <w:t xml:space="preserve"> </w:t>
      </w:r>
      <w:r w:rsidRPr="00825B65">
        <w:rPr>
          <w:rFonts w:ascii="Times New Roman" w:hAnsi="Times New Roman" w:cs="Times New Roman"/>
          <w:b w:val="0"/>
          <w:sz w:val="22"/>
          <w:szCs w:val="22"/>
        </w:rPr>
        <w:t xml:space="preserve">tam </w:t>
      </w:r>
      <w:proofErr w:type="spellStart"/>
      <w:r w:rsidRPr="00825B65">
        <w:rPr>
          <w:rFonts w:ascii="Times New Roman" w:hAnsi="Times New Roman" w:cs="Times New Roman"/>
          <w:b w:val="0"/>
          <w:sz w:val="22"/>
          <w:szCs w:val="22"/>
        </w:rPr>
        <w:t>mətni</w:t>
      </w:r>
      <w:proofErr w:type="spellEnd"/>
      <w:r w:rsidRPr="00825B65">
        <w:rPr>
          <w:rFonts w:ascii="Times New Roman" w:hAnsi="Times New Roman" w:cs="Times New Roman"/>
          <w:b w:val="0"/>
          <w:color w:val="auto"/>
          <w:sz w:val="22"/>
          <w:szCs w:val="22"/>
        </w:rPr>
        <w:t xml:space="preserve"> Times New Roman </w:t>
      </w:r>
      <w:proofErr w:type="spellStart"/>
      <w:r w:rsidRPr="00825B65">
        <w:rPr>
          <w:rFonts w:ascii="Times New Roman" w:hAnsi="Times New Roman" w:cs="Times New Roman"/>
          <w:b w:val="0"/>
          <w:color w:val="auto"/>
          <w:sz w:val="22"/>
          <w:szCs w:val="22"/>
        </w:rPr>
        <w:t>şriftində</w:t>
      </w:r>
      <w:proofErr w:type="spellEnd"/>
      <w:r w:rsidRPr="00825B65">
        <w:rPr>
          <w:rFonts w:ascii="Times New Roman" w:hAnsi="Times New Roman" w:cs="Times New Roman"/>
          <w:b w:val="0"/>
          <w:color w:val="auto"/>
          <w:sz w:val="22"/>
          <w:szCs w:val="22"/>
        </w:rPr>
        <w:t>, 1</w:t>
      </w:r>
      <w:r w:rsidRPr="00825B65">
        <w:rPr>
          <w:rFonts w:ascii="Times New Roman" w:hAnsi="Times New Roman" w:cs="Times New Roman"/>
          <w:b w:val="0"/>
          <w:sz w:val="22"/>
          <w:szCs w:val="22"/>
        </w:rPr>
        <w:t>2</w:t>
      </w:r>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pt</w:t>
      </w:r>
      <w:proofErr w:type="spellEnd"/>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ölçüdə</w:t>
      </w:r>
      <w:proofErr w:type="spellEnd"/>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və</w:t>
      </w:r>
      <w:proofErr w:type="spellEnd"/>
      <w:r w:rsidRPr="00825B65">
        <w:rPr>
          <w:rFonts w:ascii="Times New Roman" w:hAnsi="Times New Roman" w:cs="Times New Roman"/>
          <w:b w:val="0"/>
          <w:color w:val="auto"/>
          <w:sz w:val="22"/>
          <w:szCs w:val="22"/>
        </w:rPr>
        <w:t xml:space="preserve"> 1.</w:t>
      </w:r>
      <w:r w:rsidRPr="00825B65">
        <w:rPr>
          <w:rFonts w:ascii="Times New Roman" w:hAnsi="Times New Roman" w:cs="Times New Roman"/>
          <w:b w:val="0"/>
          <w:sz w:val="22"/>
          <w:szCs w:val="22"/>
        </w:rPr>
        <w:t>15</w:t>
      </w:r>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sətiraralığı</w:t>
      </w:r>
      <w:proofErr w:type="spellEnd"/>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ilə</w:t>
      </w:r>
      <w:proofErr w:type="spellEnd"/>
      <w:r>
        <w:rPr>
          <w:rFonts w:ascii="Times New Roman" w:hAnsi="Times New Roman" w:cs="Times New Roman"/>
          <w:b w:val="0"/>
          <w:color w:val="auto"/>
          <w:sz w:val="22"/>
          <w:szCs w:val="22"/>
        </w:rPr>
        <w:t xml:space="preserve"> </w:t>
      </w:r>
      <w:proofErr w:type="spellStart"/>
      <w:r>
        <w:rPr>
          <w:rFonts w:ascii="Times New Roman" w:hAnsi="Times New Roman" w:cs="Times New Roman"/>
          <w:b w:val="0"/>
          <w:color w:val="auto"/>
          <w:sz w:val="22"/>
          <w:szCs w:val="22"/>
        </w:rPr>
        <w:t>yazılmalıdır</w:t>
      </w:r>
      <w:proofErr w:type="spellEnd"/>
      <w:r>
        <w:rPr>
          <w:rFonts w:ascii="Times New Roman" w:hAnsi="Times New Roman" w:cs="Times New Roman"/>
          <w:b w:val="0"/>
          <w:color w:val="auto"/>
          <w:sz w:val="22"/>
          <w:szCs w:val="22"/>
        </w:rPr>
        <w:t>.</w:t>
      </w:r>
    </w:p>
    <w:sectPr w:rsidR="00392A29" w:rsidRPr="00825B65" w:rsidSect="00034616">
      <w:pgSz w:w="12240" w:h="15840"/>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7AD2"/>
    <w:rsid w:val="0006063C"/>
    <w:rsid w:val="0015074B"/>
    <w:rsid w:val="0029639D"/>
    <w:rsid w:val="00326F90"/>
    <w:rsid w:val="00333185"/>
    <w:rsid w:val="00392A29"/>
    <w:rsid w:val="00634CA8"/>
    <w:rsid w:val="00657E32"/>
    <w:rsid w:val="00885B88"/>
    <w:rsid w:val="00AA1D8D"/>
    <w:rsid w:val="00AB5B5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8B5000"/>
  <w14:defaultImageDpi w14:val="300"/>
  <w15:docId w15:val="{C6F66256-6D70-4471-BDE7-6D88233A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392A2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Hyperlink">
    <w:name w:val="Hyperlink"/>
    <w:basedOn w:val="DefaultParagraphFont"/>
    <w:uiPriority w:val="99"/>
    <w:unhideWhenUsed/>
    <w:rsid w:val="00392A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uthor2@university.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990CE-B8CC-4AA8-9227-41FA6F2D2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4</cp:revision>
  <dcterms:created xsi:type="dcterms:W3CDTF">2026-06-06T05:46:00Z</dcterms:created>
  <dcterms:modified xsi:type="dcterms:W3CDTF">2026-06-14T09:24:00Z</dcterms:modified>
  <cp:category/>
</cp:coreProperties>
</file>